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העיקריים של הרצל ואת השלבים בדרכו לציונות המדינית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אירועים מפתח כמו פרשת דרייפוס והקונגרס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על בסיס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בפשט שבהונגריה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פרשת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היהדות הייתה חלק מהזהות אך לא מרכזה, הוא גדל על תרבות גרמנית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כתב במדינת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(הולדת הרצל בפשט)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(טקס השפלתו של דרייפוס)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(פרסום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(הקונגרס הציוני הראשון בבזל)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לומד משפטים בווינה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מסקר את הפרלמנט הצרפתי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נוכח בטקס השפלתו של דרייפוס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הרצל כותב את מדינת היהודים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שאלת רשות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לצפות מהתלמידים לנמק את עמדתם תוך הסתמכות על עובדות מהסיפור, כגון כתיבת הספרים, ארגון הקונגרס או הדיפלומטיה שלא תמיד הצליחה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הכוונה היא לפתרון זמני בלבד עד למציאת פתרון קבוע בארץ ישראל. המתנגדים, בעיקר מיהודי רוסיה שסבלו מאוד, ראו בהצעה ויתור על החלום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פרשת דרייפוס והשפלת הקצין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תוכנית בזל - הקמת בית מולדת לעם היהודי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 הוא ספר רעיוני-פוליטי, אלטנוילנד הוא רומן אוטופי המתאר חברה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בהשמעת הסיפור כפי שמוצע בדף המקורי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ציר הזמן ואת הקשר בין האירועים האישיים לאירועים ההיסטוריים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הפתוח מומלץ לעודד תלמידים להביע דעות שונות ולבסס אותן על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האיש שחלם מדינה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הסיפור מתאר את דרכו של בנימין זאב הרצל מעיתונאי בווינה ובפריז ועד להנהגת התנועה הציונית. בדף זה נתרגל את העובדות והאירועים המרכזיים בחייו.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פריז  ·  פשט  ·  דרייפוס  ·  מדינת היהודים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בפשט שבהונגריה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למד הרצל בווינה?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תיאטרון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פרשה נכח הרצל בינואר 1895?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פרשת דרייפוס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מרד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מהפכת 1848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מה שם הספר שכתב הרצל וראה אור ב-1896?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5.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גדל בבית שבו היהדות הייתה מרכז הזהות המשפחתית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הקצין אלפרד דרייפוס הואשם בריגול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טען ששאלת היהודים היא שאלה לאומית שיש לפתור בזירה הבינלאומית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בשנת 1860 בעיר __________ שבהונגריה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בשנת 1891 נשלח הרצל ל__________ ככתב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בינואר 1895 נכח הרצל בטקס השפלתו של הקצין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בפברואר 1896 ראה אור הספר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פרסום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2. 1895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הקונגרס הציוני הראשון בבזל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הולדת הרצל בפשט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טקס השפלתו של דרייפוס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נוכח בטקס השפלתו של דרייפוס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לומד משפטים בווינה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כותב את מדינת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מסקר את הפרלמנט הצרפתי בפריז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שאלת רשות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בסוף הסיפור נשאלת השאלה אם הרצל היה נביא, מנהיג מעשי או חולם שהתמזל מזלו. מה דעתכם, ומדוע?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הרצל ותומכיו הציגו את הצעת אוגנדה כ'מקלט לילה' זמני. הסבירו מה הכוונה בביטוי הזה ומדוע היו שהתנגדו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האירוע שהותיר רושם עמוק על הרצל בפריז ב-1895?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הוחלט בקונגרס הציוני הראשון בבזל ב-1897?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האיש שחלם מדינה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